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3E" w:rsidRDefault="000D3EC3">
      <w:pPr>
        <w:jc w:val="center"/>
      </w:pPr>
      <w:r>
        <w:rPr>
          <w:rFonts w:ascii="Aptos Display" w:hAnsi="Aptos Display"/>
          <w:b/>
          <w:sz w:val="32"/>
        </w:rPr>
        <w:t>ZGODA RODZICA / OPIEKUNA PRAWNEGO</w:t>
      </w:r>
    </w:p>
    <w:p w:rsidR="0045403E" w:rsidRDefault="000D3EC3">
      <w:pPr>
        <w:jc w:val="center"/>
      </w:pPr>
      <w:r>
        <w:rPr>
          <w:b/>
          <w:sz w:val="24"/>
        </w:rPr>
        <w:t>na udział ucznia w szkolnym konkursie „POKÓJ I DOBRO W NASZEJ SZKOLE”</w:t>
      </w:r>
    </w:p>
    <w:p w:rsidR="0045403E" w:rsidRDefault="000D3EC3">
      <w:pPr>
        <w:jc w:val="center"/>
      </w:pPr>
      <w:r>
        <w:rPr>
          <w:sz w:val="20"/>
        </w:rPr>
        <w:t>Konkurs inspirowany wartościami św. Franciszka z Asyżu</w:t>
      </w:r>
    </w:p>
    <w:p w:rsidR="0045403E" w:rsidRDefault="000D3EC3">
      <w:pPr>
        <w:jc w:val="center"/>
      </w:pPr>
      <w:r>
        <w:rPr>
          <w:sz w:val="19"/>
        </w:rPr>
        <w:t>Katolicka Publiczna Szkoła Podstawowa im. św. Jana Pawła II w Polkowicach</w:t>
      </w:r>
    </w:p>
    <w:p w:rsidR="0045403E" w:rsidRDefault="0045403E"/>
    <w:p w:rsidR="0045403E" w:rsidRDefault="000D3EC3">
      <w:r>
        <w:rPr>
          <w:b/>
          <w:sz w:val="24"/>
        </w:rPr>
        <w:t>1. Dane ucznia</w:t>
      </w:r>
    </w:p>
    <w:p w:rsidR="0045403E" w:rsidRDefault="000D3EC3">
      <w:r>
        <w:rPr>
          <w:b/>
        </w:rPr>
        <w:t xml:space="preserve">Imię i nazwisko ucznia: </w:t>
      </w:r>
      <w:r>
        <w:t>........................................................................................................</w:t>
      </w:r>
    </w:p>
    <w:p w:rsidR="0045403E" w:rsidRDefault="000D3EC3">
      <w:r>
        <w:rPr>
          <w:b/>
        </w:rPr>
        <w:t xml:space="preserve">Klasa: </w:t>
      </w:r>
      <w:r>
        <w:t>............................</w:t>
      </w:r>
    </w:p>
    <w:p w:rsidR="0045403E" w:rsidRDefault="000D3EC3">
      <w:r>
        <w:rPr>
          <w:b/>
          <w:sz w:val="24"/>
        </w:rPr>
        <w:t>2. Dane rodzica / opiekuna prawnego</w:t>
      </w:r>
    </w:p>
    <w:p w:rsidR="0045403E" w:rsidRDefault="000D3EC3">
      <w:r>
        <w:rPr>
          <w:b/>
        </w:rPr>
        <w:t xml:space="preserve">Imię i nazwisko: </w:t>
      </w:r>
      <w:r>
        <w:t>......................................</w:t>
      </w:r>
      <w:r>
        <w:t>..................................................................</w:t>
      </w:r>
    </w:p>
    <w:p w:rsidR="0045403E" w:rsidRDefault="000D3EC3">
      <w:r>
        <w:rPr>
          <w:b/>
          <w:sz w:val="24"/>
        </w:rPr>
        <w:t>3. Zgoda na udział w konkursie</w:t>
      </w:r>
    </w:p>
    <w:p w:rsidR="0045403E" w:rsidRDefault="000D3EC3">
      <w:r>
        <w:t>Ja, niżej podpisany/a, jako rod</w:t>
      </w:r>
      <w:r>
        <w:t>zic / opiekun prawny, wyrażam zgodę na udział mojego dziecka / podopiecznego w szkolnym konkursie „Pokój i dobro w naszej szkole”, organizowanym w Katolickiej Publicznej Szkole Podstawowej im. św. Jana Pawła II w Polkowicach przez Dagmarę Franas i ks. Dawi</w:t>
      </w:r>
      <w:r>
        <w:t>da Borkowskiego.</w:t>
      </w:r>
    </w:p>
    <w:p w:rsidR="0045403E" w:rsidRDefault="000D3EC3">
      <w:r>
        <w:t>Oświadczam, że zapoznałem/am się z regulaminem konkursu i akceptuję jego postanowienia. Przyjmuję do wiadomości, że udział w konkursie jest dobrowolny i bezpłatny, a praca konkursowa powinna być wykonana samodzielnie przez ucznia.</w:t>
      </w:r>
    </w:p>
    <w:p w:rsidR="0045403E" w:rsidRDefault="000D3EC3">
      <w:pPr>
        <w:spacing w:after="60"/>
      </w:pP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prezentację</w:t>
      </w:r>
      <w:proofErr w:type="spellEnd"/>
      <w:r>
        <w:t xml:space="preserve"> pracy konkursowej mojego dziecka na terenie szkoły oraz podczas wydarzeń i uroczystości szkolnych związanych z konkursem, w tym podczas ogłoszenia wyników </w:t>
      </w:r>
      <w:r>
        <w:t>i wręczenia nagród.</w:t>
      </w:r>
    </w:p>
    <w:p w:rsidR="0045403E" w:rsidRDefault="000D3EC3">
      <w:proofErr w:type="spellStart"/>
      <w:r>
        <w:t>Jeżeli</w:t>
      </w:r>
      <w:proofErr w:type="spellEnd"/>
      <w:r>
        <w:t xml:space="preserve"> </w:t>
      </w:r>
      <w:proofErr w:type="spellStart"/>
      <w:r>
        <w:t>prezentowana</w:t>
      </w:r>
      <w:proofErr w:type="spellEnd"/>
      <w:r>
        <w:t xml:space="preserve"> </w:t>
      </w:r>
      <w:proofErr w:type="spellStart"/>
      <w:r>
        <w:t>praca</w:t>
      </w:r>
      <w:proofErr w:type="spellEnd"/>
      <w:r>
        <w:t xml:space="preserve"> ma być opatrzona imieniem i nazwiskiem ucznia lub klasą, takie oznaczenie stanowi odrębn</w:t>
      </w:r>
      <w:r>
        <w:t>ą kwestię dotyczącą danych osobowych i powinno być objęte właściwą podstawą prawną / zgodą, zgodnie z zasadami obowiązującymi u Administratora.</w:t>
      </w:r>
    </w:p>
    <w:p w:rsidR="0045403E" w:rsidRDefault="000D3EC3">
      <w:r>
        <w:rPr>
          <w:b/>
          <w:sz w:val="24"/>
        </w:rPr>
        <w:t>4</w:t>
      </w:r>
      <w:r>
        <w:rPr>
          <w:b/>
          <w:sz w:val="24"/>
        </w:rPr>
        <w:t>. Ważne informacje</w:t>
      </w:r>
    </w:p>
    <w:p w:rsidR="0045403E" w:rsidRDefault="000D3EC3">
      <w:r>
        <w:t>Wyrażenie zgody na prezentację pracy jest dobrowolne. Brak zgody nie wyklucza ucznia z udzia</w:t>
      </w:r>
      <w:r>
        <w:t>łu w konkursie.</w:t>
      </w:r>
    </w:p>
    <w:p w:rsidR="0045403E" w:rsidRDefault="000D3EC3">
      <w:r>
        <w:t>Jeżeli zgoda jest podstawą przetwarzania danych, może zostać wycofana w dowolnym momencie; wycofanie nie wpływa na zgodność z prawem przetwarzania dokonanego przed jej wycofaniem.</w:t>
      </w:r>
    </w:p>
    <w:p w:rsidR="0045403E" w:rsidRDefault="000D3EC3">
      <w:r>
        <w:t>Konkurs jest skierowany do uczniów klas I–VIII szkoły. Zgodn</w:t>
      </w:r>
      <w:r>
        <w:t>ie z regulaminem uczeń może zgłosić jedną pracę, a termin składania prac upływa 19 października 2026 r.</w:t>
      </w:r>
    </w:p>
    <w:p w:rsidR="0045403E" w:rsidRDefault="0045403E"/>
    <w:p w:rsidR="0045403E" w:rsidRDefault="000D3EC3">
      <w:r>
        <w:rPr>
          <w:b/>
        </w:rPr>
        <w:t xml:space="preserve">Polkowice, dnia </w:t>
      </w:r>
      <w:r>
        <w:t>........................................</w:t>
      </w:r>
      <w:r>
        <w:rPr>
          <w:b/>
        </w:rPr>
        <w:t xml:space="preserve">Podpis rodzica / opiekuna prawnego: </w:t>
      </w:r>
      <w:r>
        <w:t>........................................................</w:t>
      </w:r>
    </w:p>
    <w:p w:rsidR="0045403E" w:rsidRDefault="000D3EC3">
      <w:r>
        <w:br w:type="page"/>
      </w:r>
    </w:p>
    <w:p w:rsidR="0045403E" w:rsidRPr="000D3EC3" w:rsidRDefault="000D3EC3">
      <w:pPr>
        <w:jc w:val="center"/>
        <w:rPr>
          <w:sz w:val="20"/>
          <w:szCs w:val="20"/>
        </w:rPr>
      </w:pPr>
      <w:r w:rsidRPr="000D3EC3">
        <w:rPr>
          <w:rFonts w:ascii="Aptos Display" w:hAnsi="Aptos Display"/>
          <w:b/>
          <w:sz w:val="20"/>
          <w:szCs w:val="20"/>
        </w:rPr>
        <w:lastRenderedPageBreak/>
        <w:t>KLAUZULA INFORMACYJNA RODO</w:t>
      </w:r>
    </w:p>
    <w:p w:rsidR="0045403E" w:rsidRPr="000D3EC3" w:rsidRDefault="000D3EC3">
      <w:pPr>
        <w:jc w:val="center"/>
        <w:rPr>
          <w:sz w:val="20"/>
          <w:szCs w:val="20"/>
        </w:rPr>
      </w:pPr>
      <w:r w:rsidRPr="000D3EC3">
        <w:rPr>
          <w:sz w:val="20"/>
          <w:szCs w:val="20"/>
        </w:rPr>
        <w:t>dotycząca danych osobowych ucznia i rodzica / opiekuna prawnego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>Administrator danych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 xml:space="preserve">Administratorem danych osobowych jest Katolicka Publiczna Szkoła Podstawowa im. św. Jana Pawła II w Polkowicach. Właściwe dane kontaktowe </w:t>
      </w:r>
      <w:r w:rsidRPr="000D3EC3">
        <w:rPr>
          <w:sz w:val="20"/>
          <w:szCs w:val="20"/>
        </w:rPr>
        <w:t>Administratora oraz – jeżeli został wyznaczony – Inspektora Ochrony Danych należy uzupełnić zgodnie z obowiązującą w szkole klauzulą informacyjną / dokumentacją ochrony danych.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>Cele przetwarzania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>organizacja i przeprowadzenie konkursu „Pokój i dobro w nasz</w:t>
      </w:r>
      <w:r w:rsidRPr="000D3EC3">
        <w:rPr>
          <w:sz w:val="20"/>
          <w:szCs w:val="20"/>
        </w:rPr>
        <w:t>ej szkole”;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>przyjmowanie i ewidencjonowanie prac konkursowych;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>ocena prac, wyłonienie laureatów oraz organizacja ogłoszenia wyników i wręczenia nagród;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>realizacja zgody na prezentację pracy – wyłącznie w zakresie, na jaki została udzielona.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>Zakres danych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>W</w:t>
      </w:r>
      <w:r w:rsidRPr="000D3EC3">
        <w:rPr>
          <w:sz w:val="20"/>
          <w:szCs w:val="20"/>
        </w:rPr>
        <w:t xml:space="preserve"> związku z konkursem mogą być przetwarzane w szczególności: imię i nazwisko ucznia, klasa oraz dane rodzica / opiekuna prawnego niezbędne do udokumentowania zgody. Dodatkowe dane, w tym wizerunek, nie powinny być pozyskiwane na podstawie niniejszego formul</w:t>
      </w:r>
      <w:r w:rsidRPr="000D3EC3">
        <w:rPr>
          <w:sz w:val="20"/>
          <w:szCs w:val="20"/>
        </w:rPr>
        <w:t>arza, jeżeli nie są potrzebne do wskazanych celów.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>Podstawa prawna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 xml:space="preserve">Podstawę prawną przetwarzania danych Administrator ustala odpowiednio do konkretnego celu i charakteru przetwarzania, zgodnie z art. 6 RODO oraz przepisami regulującymi działalność szkoły. </w:t>
      </w:r>
      <w:r w:rsidRPr="000D3EC3">
        <w:rPr>
          <w:sz w:val="20"/>
          <w:szCs w:val="20"/>
        </w:rPr>
        <w:t>Jeżeli w konkretnym przypadku podstawą jest zgoda, zgoda musi być dobrowolna, konkretna, świadoma i jednoznaczna.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>Prawa osoby, której dane dotyczą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>Osobie, której dane dotyczą, przysługują – w zakresie wynikającym z RODO – prawa do dostępu do danych, ich sp</w:t>
      </w:r>
      <w:r w:rsidRPr="000D3EC3">
        <w:rPr>
          <w:sz w:val="20"/>
          <w:szCs w:val="20"/>
        </w:rPr>
        <w:t>rostowania, usunięcia, ograniczenia przetwarzania, sprzeciwu oraz inne prawa przewidziane przepisami. Jeżeli przetwarzanie odbywa się na podstawie zgody, zgodę można wycofać w dowolnym momencie. Przysługuje również prawo wniesienia skargi do Prezesa Urzędu</w:t>
      </w:r>
      <w:r w:rsidRPr="000D3EC3">
        <w:rPr>
          <w:sz w:val="20"/>
          <w:szCs w:val="20"/>
        </w:rPr>
        <w:t xml:space="preserve"> Ochrony Danych Osobowych.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>Okres przechowywania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 xml:space="preserve">Dane będą przechowywane przez okres niezbędny do realizacji celów konkursu, a następnie przez okres wynikający z obowiązujących przepisów oraz zasad archiwizacji i dokumentowania działalności szkoły. Dane </w:t>
      </w:r>
      <w:r w:rsidRPr="000D3EC3">
        <w:rPr>
          <w:sz w:val="20"/>
          <w:szCs w:val="20"/>
        </w:rPr>
        <w:t>przetwarzane na podstawie zgody będą przechowywane do czasu jej wycofania, chyba że dalsze przechowywanie wynika z innej podstawy prawnej.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>Informacja o dobrowolności</w:t>
      </w:r>
    </w:p>
    <w:p w:rsidR="0045403E" w:rsidRPr="000D3EC3" w:rsidRDefault="000D3EC3">
      <w:pPr>
        <w:rPr>
          <w:sz w:val="20"/>
          <w:szCs w:val="20"/>
        </w:rPr>
      </w:pPr>
      <w:r w:rsidRPr="000D3EC3">
        <w:rPr>
          <w:sz w:val="20"/>
          <w:szCs w:val="20"/>
        </w:rPr>
        <w:t>Podanie danych niezbędnych do udziału w konkursie może być wymagane do jego prawidłowego p</w:t>
      </w:r>
      <w:r w:rsidRPr="000D3EC3">
        <w:rPr>
          <w:sz w:val="20"/>
          <w:szCs w:val="20"/>
        </w:rPr>
        <w:t>rzeprowadzenia. Zgody fakultatywne, w szczególności dotyczące prezentacji pracy poza zakresem niezbędnym do realizacji konkursu, są dobrowolne i ich brak nie może skutkować wykluczeniem ucznia z konkursu.</w:t>
      </w:r>
    </w:p>
    <w:p w:rsidR="0045403E" w:rsidRPr="000D3EC3" w:rsidRDefault="0045403E">
      <w:pPr>
        <w:rPr>
          <w:sz w:val="20"/>
          <w:szCs w:val="20"/>
        </w:rPr>
      </w:pPr>
    </w:p>
    <w:p w:rsidR="0045403E" w:rsidRPr="000D3EC3" w:rsidRDefault="000D3EC3">
      <w:pPr>
        <w:rPr>
          <w:sz w:val="20"/>
          <w:szCs w:val="20"/>
        </w:rPr>
      </w:pPr>
      <w:r w:rsidRPr="000D3EC3">
        <w:rPr>
          <w:b/>
          <w:sz w:val="20"/>
          <w:szCs w:val="20"/>
        </w:rPr>
        <w:t xml:space="preserve">Uwaga organizacyjna: </w:t>
      </w:r>
      <w:r w:rsidRPr="000D3EC3">
        <w:rPr>
          <w:sz w:val="20"/>
          <w:szCs w:val="20"/>
        </w:rPr>
        <w:t>Przed przekazaniem formularza</w:t>
      </w:r>
      <w:r w:rsidRPr="000D3EC3">
        <w:rPr>
          <w:sz w:val="20"/>
          <w:szCs w:val="20"/>
        </w:rPr>
        <w:t xml:space="preserve"> rodzicom szkoła powinna uzupełnić dane Administratora i Inspektora Ochrony Danych zgodnie z obowiązującą w szkole klauzulą informacyjną. Nie należy wpisywać danych kontaktowych „na próbę” ani tworzyć nowej klauzuli, jeżeli szkoła posiada zatwierdzony wzór</w:t>
      </w:r>
      <w:r w:rsidRPr="000D3EC3">
        <w:rPr>
          <w:sz w:val="20"/>
          <w:szCs w:val="20"/>
        </w:rPr>
        <w:t>.</w:t>
      </w:r>
    </w:p>
    <w:sectPr w:rsidR="0045403E" w:rsidRPr="000D3EC3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D3EC3"/>
    <w:rsid w:val="0015074B"/>
    <w:rsid w:val="0029639D"/>
    <w:rsid w:val="00326F90"/>
    <w:rsid w:val="0045403E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719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Dagmara Franas</cp:lastModifiedBy>
  <cp:revision>2</cp:revision>
  <dcterms:created xsi:type="dcterms:W3CDTF">2026-09-28T20:12:00Z</dcterms:created>
  <dcterms:modified xsi:type="dcterms:W3CDTF">2026-09-28T20:12:00Z</dcterms:modified>
</cp:coreProperties>
</file>